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sz w:val="18"/>
        </w:rPr>
        <w:t>Anexa 8</w:t>
      </w:r>
    </w:p>
    <w:p>
      <w:pPr>
        <w:spacing w:after="20"/>
        <w:jc w:val="center"/>
      </w:pPr>
      <w:r>
        <w:rPr>
          <w:rFonts w:ascii="Arial" w:hAnsi="Arial"/>
          <w:b/>
          <w:sz w:val="22"/>
        </w:rPr>
        <w:t>FORMULARUL 2 – MANDAT DE REPREZENTARE</w:t>
      </w:r>
    </w:p>
    <w:p>
      <w:pPr>
        <w:spacing w:after="80"/>
        <w:jc w:val="center"/>
      </w:pPr>
      <w:r>
        <w:rPr>
          <w:rFonts w:ascii="Arial" w:hAnsi="Arial"/>
          <w:b/>
          <w:sz w:val="18"/>
        </w:rPr>
        <w:t>pentru proiecte de cooperare între GAL-uri</w:t>
      </w:r>
    </w:p>
    <w:p>
      <w:pPr>
        <w:spacing w:after="30" w:line="240" w:lineRule="auto"/>
        <w:jc w:val="left"/>
      </w:pPr>
      <w:r>
        <w:rPr>
          <w:rFonts w:ascii="Arial" w:hAnsi="Arial"/>
          <w:b/>
          <w:sz w:val="18"/>
        </w:rPr>
        <w:t>Subsemnații:</w:t>
      </w:r>
    </w:p>
    <w:p>
      <w:pPr>
        <w:spacing w:after="30" w:line="240" w:lineRule="auto"/>
        <w:jc w:val="left"/>
      </w:pPr>
      <w:r>
        <w:rPr>
          <w:rFonts w:ascii="Arial" w:hAnsi="Arial"/>
          <w:b w:val="0"/>
          <w:sz w:val="18"/>
        </w:rPr>
        <w:t>- (Nume reprezentant legal/persoana desemnată să gestioneze proiectul de cooperare al GAL partener 1) ________________________________________, posesor/posesoare al/a documentului de identitate (CI) seria _____ nr. __________, valabil până la data de __________, emis de __________________, în calitate de partener în cadrul proiectului de cooperare, reprezentant al GAL __________________________________ autorizat de MADR, cu sediul în ____________________________________________________________________________________,</w:t>
      </w:r>
    </w:p>
    <w:p>
      <w:pPr>
        <w:spacing w:after="30" w:line="240" w:lineRule="auto"/>
        <w:jc w:val="left"/>
      </w:pPr>
      <w:r>
        <w:rPr>
          <w:rFonts w:ascii="Arial" w:hAnsi="Arial"/>
          <w:b w:val="0"/>
          <w:sz w:val="18"/>
        </w:rPr>
        <w:t>- (Nume reprezentant legal/persoana desemnată să gestioneze proiectul de cooperare al GAL partener 2) ________________________________________, posesor/posesoare al/a documentului de identitate (CI) seria _____ nr. __________, valabil până la data de __________, emis de __________________, în calitate de partener în cadrul proiectului de cooperare, reprezentant al GAL __________________________________ autorizat de MADR, cu sediul în ____________________________________________________________________________________,</w:t>
      </w:r>
    </w:p>
    <w:p>
      <w:pPr>
        <w:spacing w:after="30" w:line="240" w:lineRule="auto"/>
        <w:jc w:val="left"/>
      </w:pPr>
      <w:r>
        <w:rPr>
          <w:rFonts w:ascii="Arial" w:hAnsi="Arial"/>
          <w:b w:val="0"/>
          <w:sz w:val="18"/>
        </w:rPr>
        <w:t>- (Nume reprezentant legal/persoana desemnată să gestioneze proiectul de cooperare al GAL partener 3) ________________________________________, posesor/posesoare al/a documentului de identitate (CI) seria _____ nr. __________, valabil până la data de __________, emis de __________________, în calitate de partener în cadrul proiectului de cooperare, reprezentant al GAL __________________________________ autorizat de MADR, cu sediul în ____________________________________________________________________________________,</w:t>
      </w:r>
    </w:p>
    <w:p>
      <w:pPr>
        <w:spacing w:after="30" w:line="240" w:lineRule="auto"/>
        <w:jc w:val="left"/>
      </w:pPr>
      <w:r>
        <w:rPr>
          <w:rFonts w:ascii="Arial" w:hAnsi="Arial"/>
          <w:b/>
          <w:sz w:val="18"/>
        </w:rPr>
        <w:t>în calitate de mandanți,</w:t>
      </w:r>
    </w:p>
    <w:p>
      <w:pPr>
        <w:spacing w:after="30" w:line="240" w:lineRule="auto"/>
        <w:jc w:val="center"/>
      </w:pPr>
      <w:r>
        <w:rPr>
          <w:rFonts w:ascii="Arial" w:hAnsi="Arial"/>
          <w:b/>
          <w:sz w:val="18"/>
        </w:rPr>
        <w:t>MANDATĂM prin prezenta</w:t>
      </w:r>
    </w:p>
    <w:p>
      <w:pPr>
        <w:spacing w:after="30" w:line="240" w:lineRule="auto"/>
        <w:jc w:val="left"/>
      </w:pPr>
      <w:r>
        <w:rPr>
          <w:rFonts w:ascii="Arial" w:hAnsi="Arial"/>
          <w:b w:val="0"/>
          <w:sz w:val="18"/>
        </w:rPr>
        <w:t>pe dl./dna. ____________________________________________, posesorul/posesoarea documentului de identitate seria _____ nr. __________, emis de __________________, reprezentant legal al GAL coordonator/persoana desemnată să gestioneze proiectul de cooperare al GAL coordonator/reprezentant al GAL __________________________________ autorizat de MADR (în situația în care coordonatorul de proiect este un partener străin), cu sediul în ____________________________________________________________________________________,</w:t>
      </w:r>
    </w:p>
    <w:p>
      <w:pPr>
        <w:spacing w:after="30" w:line="240" w:lineRule="auto"/>
        <w:jc w:val="left"/>
      </w:pPr>
      <w:r>
        <w:rPr>
          <w:rFonts w:ascii="Arial" w:hAnsi="Arial"/>
          <w:b/>
          <w:sz w:val="18"/>
        </w:rPr>
        <w:t>în calitate de mandatar,</w:t>
      </w:r>
    </w:p>
    <w:p>
      <w:pPr>
        <w:spacing w:after="30" w:line="240" w:lineRule="auto"/>
        <w:jc w:val="left"/>
      </w:pPr>
      <w:r>
        <w:rPr>
          <w:rFonts w:ascii="Arial" w:hAnsi="Arial"/>
          <w:b w:val="0"/>
          <w:sz w:val="18"/>
        </w:rPr>
        <w:t>ca în numele nostru și pentru noi, să ne reprezinte în relația cu Ministerul Agriculturii și Dezvoltării Rurale (MADR) ca solicitant la depunerea proiectului de cooperare pentru acordarea sprijinului financiar, precum și pentru corespondența din perioada de evaluare și selecție a proiectului.</w:t>
      </w:r>
    </w:p>
    <w:p>
      <w:pPr>
        <w:spacing w:after="30" w:line="240" w:lineRule="auto"/>
        <w:jc w:val="left"/>
      </w:pPr>
      <w:r>
        <w:rPr>
          <w:rFonts w:ascii="Arial" w:hAnsi="Arial"/>
          <w:b w:val="0"/>
          <w:sz w:val="18"/>
        </w:rPr>
        <w:t>Mandatarul va îndeplini prezentul mandat în limitele prevăzute în prezenta împuternicire, conform art. 2017 Cod Civil.</w:t>
      </w:r>
    </w:p>
    <w:p>
      <w:pPr>
        <w:spacing w:after="30" w:line="240" w:lineRule="auto"/>
        <w:jc w:val="left"/>
      </w:pPr>
      <w:r>
        <w:rPr>
          <w:rFonts w:ascii="Arial" w:hAnsi="Arial"/>
          <w:b w:val="0"/>
          <w:sz w:val="18"/>
        </w:rPr>
        <w:t>Mandatul este gratuit, conform art. 2010 alin. (1) Cod Civil, netransmisibil și valabil până la revocare, dar nu mai mult de trei ani, în condițiile art. 2015 Cod Civil.</w:t>
      </w:r>
    </w:p>
    <w:p>
      <w:pPr>
        <w:spacing w:after="30" w:line="240" w:lineRule="auto"/>
        <w:jc w:val="left"/>
      </w:pPr>
      <w:r>
        <w:rPr>
          <w:rFonts w:ascii="Arial" w:hAnsi="Arial"/>
          <w:b w:val="0"/>
          <w:sz w:val="18"/>
        </w:rPr>
        <w:t>Prezentul înscris sub semnătură privată s-a întocmit în ______ exemplare originale, câte unul pentru fiecare parte semnatară.</w:t>
      </w:r>
    </w:p>
    <w:p>
      <w:pPr>
        <w:spacing w:after="30" w:line="240" w:lineRule="auto"/>
        <w:jc w:val="left"/>
      </w:pPr>
      <w:r>
        <w:rPr>
          <w:rFonts w:ascii="Arial" w:hAnsi="Arial"/>
          <w:b/>
          <w:sz w:val="18"/>
        </w:rPr>
        <w:t>MANDANȚI</w:t>
      </w:r>
    </w:p>
    <w:p>
      <w:pPr>
        <w:spacing w:after="30" w:line="240" w:lineRule="auto"/>
        <w:jc w:val="left"/>
      </w:pPr>
      <w:r>
        <w:rPr>
          <w:rFonts w:ascii="Arial" w:hAnsi="Arial"/>
          <w:b w:val="0"/>
          <w:sz w:val="18"/>
        </w:rPr>
        <w:t>Partener 1 – Nume: __________________________________  Semnătura: __________________  Data: __________</w:t>
      </w:r>
    </w:p>
    <w:p>
      <w:pPr>
        <w:spacing w:after="30" w:line="240" w:lineRule="auto"/>
        <w:jc w:val="left"/>
      </w:pPr>
      <w:r>
        <w:rPr>
          <w:rFonts w:ascii="Arial" w:hAnsi="Arial"/>
          <w:b w:val="0"/>
          <w:sz w:val="18"/>
        </w:rPr>
        <w:t>Partener 2 – Nume: __________________________________  Semnătura: __________________  Data: __________</w:t>
      </w:r>
    </w:p>
    <w:p>
      <w:pPr>
        <w:spacing w:after="30" w:line="240" w:lineRule="auto"/>
        <w:jc w:val="left"/>
      </w:pPr>
      <w:r>
        <w:rPr>
          <w:rFonts w:ascii="Arial" w:hAnsi="Arial"/>
          <w:b w:val="0"/>
          <w:sz w:val="18"/>
        </w:rPr>
        <w:t>Partener n – Nume: __________________________________  Semnătura: __________________  Data: __________</w:t>
      </w:r>
    </w:p>
    <w:p>
      <w:pPr>
        <w:spacing w:after="30" w:line="240" w:lineRule="auto"/>
        <w:jc w:val="left"/>
      </w:pPr>
      <w:r>
        <w:rPr>
          <w:rFonts w:ascii="Arial" w:hAnsi="Arial"/>
          <w:b/>
          <w:sz w:val="18"/>
        </w:rPr>
        <w:t>MANDATAR</w:t>
      </w:r>
    </w:p>
    <w:p>
      <w:pPr>
        <w:spacing w:after="30" w:line="240" w:lineRule="auto"/>
        <w:jc w:val="left"/>
      </w:pPr>
      <w:r>
        <w:rPr>
          <w:rFonts w:ascii="Arial" w:hAnsi="Arial"/>
          <w:b w:val="0"/>
          <w:sz w:val="18"/>
        </w:rPr>
        <w:t>Nume: ______________________________________________  Semnătura: __________________  Data: __________</w:t>
      </w:r>
    </w:p>
    <w:sectPr w:rsidR="00FC693F" w:rsidRPr="0006063C" w:rsidSect="00034616">
      <w:pgSz w:w="12240" w:h="15840"/>
      <w:pgMar w:top="709" w:right="907" w:bottom="709"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