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01F96" w14:textId="77777777" w:rsidR="0030665C" w:rsidRDefault="00D105B6">
      <w:pPr>
        <w:spacing w:after="120"/>
        <w:jc w:val="right"/>
      </w:pPr>
      <w:r>
        <w:rPr>
          <w:b/>
          <w:sz w:val="21"/>
        </w:rPr>
        <w:t>Anexa 16</w:t>
      </w:r>
    </w:p>
    <w:p w14:paraId="0428AF16" w14:textId="77777777" w:rsidR="0030665C" w:rsidRDefault="00D105B6">
      <w:pPr>
        <w:spacing w:after="20"/>
        <w:jc w:val="center"/>
      </w:pPr>
      <w:r>
        <w:rPr>
          <w:b/>
          <w:color w:val="0F5B70"/>
          <w:sz w:val="20"/>
        </w:rPr>
        <w:t>DOC. 7</w:t>
      </w:r>
    </w:p>
    <w:p w14:paraId="27D1A08E" w14:textId="77777777" w:rsidR="0030665C" w:rsidRDefault="00D105B6">
      <w:pPr>
        <w:spacing w:after="60"/>
        <w:jc w:val="center"/>
      </w:pPr>
      <w:r>
        <w:rPr>
          <w:b/>
          <w:sz w:val="24"/>
        </w:rPr>
        <w:t>ANGAJAMENT PRIVIND VALORIFICAREA, DISEMINAREA, PROMOVAREA CĂTRE PUBLICUL LARG A REZULTATELOR OBȚINUTE ÎN URMA IMPLEMENTĂRII PROIECTULUI</w:t>
      </w:r>
    </w:p>
    <w:p w14:paraId="6DC0E889" w14:textId="77777777" w:rsidR="0030665C" w:rsidRDefault="00D105B6">
      <w:pPr>
        <w:spacing w:after="160"/>
        <w:jc w:val="center"/>
      </w:pPr>
      <w:proofErr w:type="spellStart"/>
      <w:r>
        <w:rPr>
          <w:b/>
          <w:sz w:val="20"/>
        </w:rPr>
        <w:t>Intervenția</w:t>
      </w:r>
      <w:proofErr w:type="spellEnd"/>
      <w:r>
        <w:rPr>
          <w:b/>
          <w:sz w:val="20"/>
        </w:rPr>
        <w:t xml:space="preserve"> M7 – „</w:t>
      </w:r>
      <w:proofErr w:type="spellStart"/>
      <w:r>
        <w:rPr>
          <w:b/>
          <w:sz w:val="20"/>
        </w:rPr>
        <w:t>Cooperarea</w:t>
      </w:r>
      <w:proofErr w:type="spellEnd"/>
      <w:r>
        <w:rPr>
          <w:b/>
          <w:sz w:val="20"/>
        </w:rPr>
        <w:t xml:space="preserve"> și dezvoltarea teritoriului”</w:t>
      </w:r>
    </w:p>
    <w:tbl>
      <w:tblPr>
        <w:tblW w:w="0" w:type="auto"/>
        <w:jc w:val="center"/>
        <w:tblBorders>
          <w:top w:val="single" w:sz="4" w:space="0" w:color="CBD5DA"/>
          <w:left w:val="single" w:sz="4" w:space="0" w:color="CBD5DA"/>
          <w:bottom w:val="single" w:sz="4" w:space="0" w:color="CBD5DA"/>
          <w:right w:val="single" w:sz="4" w:space="0" w:color="CBD5DA"/>
          <w:insideH w:val="single" w:sz="4" w:space="0" w:color="CBD5DA"/>
          <w:insideV w:val="single" w:sz="4" w:space="0" w:color="CBD5D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30665C" w14:paraId="5299D082" w14:textId="77777777">
        <w:trPr>
          <w:trHeight w:val="334"/>
          <w:jc w:val="center"/>
        </w:trPr>
        <w:tc>
          <w:tcPr>
            <w:tcW w:w="4933" w:type="dxa"/>
            <w:shd w:val="clear" w:color="auto" w:fill="EDF3F5"/>
            <w:vAlign w:val="center"/>
          </w:tcPr>
          <w:p w14:paraId="1CA5BE11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>Denumirea solicitantului / GAL coordonator</w:t>
            </w:r>
          </w:p>
        </w:tc>
        <w:tc>
          <w:tcPr>
            <w:tcW w:w="4933" w:type="dxa"/>
            <w:vAlign w:val="center"/>
          </w:tcPr>
          <w:p w14:paraId="1D79540A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......................................................................................</w:t>
            </w:r>
          </w:p>
        </w:tc>
      </w:tr>
      <w:tr w:rsidR="0030665C" w14:paraId="245DE3E3" w14:textId="77777777">
        <w:trPr>
          <w:trHeight w:val="334"/>
          <w:jc w:val="center"/>
        </w:trPr>
        <w:tc>
          <w:tcPr>
            <w:tcW w:w="4933" w:type="dxa"/>
            <w:shd w:val="clear" w:color="auto" w:fill="EDF3F5"/>
            <w:vAlign w:val="center"/>
          </w:tcPr>
          <w:p w14:paraId="71E0F300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>CUI/CIF</w:t>
            </w:r>
          </w:p>
        </w:tc>
        <w:tc>
          <w:tcPr>
            <w:tcW w:w="4933" w:type="dxa"/>
            <w:vAlign w:val="center"/>
          </w:tcPr>
          <w:p w14:paraId="5DD736CB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......................................................................................</w:t>
            </w:r>
          </w:p>
        </w:tc>
      </w:tr>
      <w:tr w:rsidR="0030665C" w14:paraId="0FA31E58" w14:textId="77777777">
        <w:trPr>
          <w:trHeight w:val="334"/>
          <w:jc w:val="center"/>
        </w:trPr>
        <w:tc>
          <w:tcPr>
            <w:tcW w:w="4933" w:type="dxa"/>
            <w:shd w:val="clear" w:color="auto" w:fill="EDF3F5"/>
            <w:vAlign w:val="center"/>
          </w:tcPr>
          <w:p w14:paraId="40FC42A6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>Sediul</w:t>
            </w:r>
          </w:p>
        </w:tc>
        <w:tc>
          <w:tcPr>
            <w:tcW w:w="4933" w:type="dxa"/>
            <w:vAlign w:val="center"/>
          </w:tcPr>
          <w:p w14:paraId="2895A336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......................................................................................</w:t>
            </w:r>
          </w:p>
        </w:tc>
      </w:tr>
      <w:tr w:rsidR="0030665C" w14:paraId="332922AA" w14:textId="77777777">
        <w:trPr>
          <w:trHeight w:val="334"/>
          <w:jc w:val="center"/>
        </w:trPr>
        <w:tc>
          <w:tcPr>
            <w:tcW w:w="4933" w:type="dxa"/>
            <w:shd w:val="clear" w:color="auto" w:fill="EDF3F5"/>
            <w:vAlign w:val="center"/>
          </w:tcPr>
          <w:p w14:paraId="7FCFD3A2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>Reprezentant legal</w:t>
            </w:r>
          </w:p>
        </w:tc>
        <w:tc>
          <w:tcPr>
            <w:tcW w:w="4933" w:type="dxa"/>
            <w:vAlign w:val="center"/>
          </w:tcPr>
          <w:p w14:paraId="62F6DA7F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......................................................................................</w:t>
            </w:r>
          </w:p>
        </w:tc>
      </w:tr>
      <w:tr w:rsidR="0030665C" w14:paraId="2311573A" w14:textId="77777777">
        <w:trPr>
          <w:trHeight w:val="334"/>
          <w:jc w:val="center"/>
        </w:trPr>
        <w:tc>
          <w:tcPr>
            <w:tcW w:w="4933" w:type="dxa"/>
            <w:shd w:val="clear" w:color="auto" w:fill="EDF3F5"/>
            <w:vAlign w:val="center"/>
          </w:tcPr>
          <w:p w14:paraId="4C239625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>Titlul proiectului</w:t>
            </w:r>
          </w:p>
        </w:tc>
        <w:tc>
          <w:tcPr>
            <w:tcW w:w="4933" w:type="dxa"/>
            <w:vAlign w:val="center"/>
          </w:tcPr>
          <w:p w14:paraId="0C43E0BD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......................................................................................</w:t>
            </w:r>
          </w:p>
        </w:tc>
      </w:tr>
      <w:tr w:rsidR="0030665C" w14:paraId="5FD63A15" w14:textId="77777777">
        <w:trPr>
          <w:trHeight w:val="334"/>
          <w:jc w:val="center"/>
        </w:trPr>
        <w:tc>
          <w:tcPr>
            <w:tcW w:w="4933" w:type="dxa"/>
            <w:shd w:val="clear" w:color="auto" w:fill="EDF3F5"/>
            <w:vAlign w:val="center"/>
          </w:tcPr>
          <w:p w14:paraId="6B4C181F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>Tipul cooperării</w:t>
            </w:r>
          </w:p>
        </w:tc>
        <w:tc>
          <w:tcPr>
            <w:tcW w:w="4933" w:type="dxa"/>
            <w:vAlign w:val="center"/>
          </w:tcPr>
          <w:p w14:paraId="6146451C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L708 – cooperare inter-teritorială     ☐ L709 – cooperare transnațională</w:t>
            </w:r>
          </w:p>
        </w:tc>
      </w:tr>
    </w:tbl>
    <w:p w14:paraId="387F1B96" w14:textId="77777777" w:rsidR="0030665C" w:rsidRDefault="00D105B6">
      <w:pPr>
        <w:spacing w:before="180" w:after="140"/>
      </w:pPr>
      <w:r>
        <w:t xml:space="preserve">Subsemnatul(a) </w:t>
      </w:r>
      <w:r>
        <w:t>................................................................................................................, în calitate de reprezentant legal al solicitantului menționat mai sus, îmi asum, în numele acestuia, următorul angajament:</w:t>
      </w:r>
    </w:p>
    <w:p w14:paraId="7F5208CE" w14:textId="77777777" w:rsidR="0030665C" w:rsidRDefault="00D105B6">
      <w:pPr>
        <w:spacing w:after="90"/>
        <w:ind w:left="198" w:hanging="198"/>
      </w:pPr>
      <w:r>
        <w:rPr>
          <w:b/>
        </w:rPr>
        <w:t xml:space="preserve">1. </w:t>
      </w:r>
      <w:r>
        <w:t>Să asigurăm valorificarea, diseminarea și promovarea către publicul larg a rezultatelor și materialelor obținute în urma implementării proiectului de cooperare, conform activităților și livrabilelor efectiv asumate prin proiect.</w:t>
      </w:r>
    </w:p>
    <w:p w14:paraId="0928B356" w14:textId="77777777" w:rsidR="0030665C" w:rsidRDefault="00D105B6">
      <w:pPr>
        <w:spacing w:after="90"/>
        <w:ind w:left="198" w:hanging="198"/>
      </w:pPr>
      <w:r>
        <w:rPr>
          <w:b/>
        </w:rPr>
        <w:t xml:space="preserve">2. </w:t>
      </w:r>
      <w:r>
        <w:t>Să realizăm acțiunile de promovare prevăzute în proiect pe teritoriul viitorului GAL și/sau pe teritoriul GAL-ului partener, cu identificarea locului de desfășurare și a partenerului responsabil.</w:t>
      </w:r>
    </w:p>
    <w:p w14:paraId="79749E50" w14:textId="77777777" w:rsidR="0030665C" w:rsidRDefault="00D105B6">
      <w:pPr>
        <w:spacing w:after="90"/>
        <w:ind w:left="198" w:hanging="198"/>
      </w:pPr>
      <w:r>
        <w:rPr>
          <w:b/>
        </w:rPr>
        <w:t xml:space="preserve">3. </w:t>
      </w:r>
      <w:r>
        <w:t>Să utilizăm modalitățile de valorificare și diseminare adecvate rezultatelor proiectului (după caz: studii, monografii, albume, broșuri, filme, materiale informative, evenimente de prezentare sau canale de comunicare online), iar materialele rezultate destinate publicului larg vor fi puse la dispoziție gratuit, conform prevederilor aplicabile.</w:t>
      </w:r>
    </w:p>
    <w:p w14:paraId="09EA6C7C" w14:textId="77777777" w:rsidR="0030665C" w:rsidRDefault="00D105B6">
      <w:pPr>
        <w:spacing w:after="90"/>
        <w:ind w:left="198" w:hanging="198"/>
      </w:pPr>
      <w:r>
        <w:rPr>
          <w:b/>
        </w:rPr>
        <w:t xml:space="preserve">4. </w:t>
      </w:r>
      <w:r>
        <w:t>Să asigurăm concordanța dintre prezentul angajament, Doc. 1 – Acord de cooperare (Anexa 6), Doc. 2 – Fundamentarea bugetului (Anexa 5) și Planul de acțiune (Anexa 3), inclusiv cu privire la activități, rezultate, responsabili, teritoriu și cheltuieli, după caz.</w:t>
      </w:r>
    </w:p>
    <w:p w14:paraId="0150899F" w14:textId="77777777" w:rsidR="0030665C" w:rsidRDefault="00D105B6">
      <w:pPr>
        <w:spacing w:after="90"/>
        <w:ind w:left="198" w:hanging="198"/>
      </w:pPr>
      <w:r>
        <w:rPr>
          <w:b/>
        </w:rPr>
        <w:t xml:space="preserve">5. </w:t>
      </w:r>
      <w:r>
        <w:t>Să respectăm obligațiile aplicabile privind informarea și publicitatea finanțării, precum și condițiile de utilizare și distribuire a materialelor rezultate prin proiect, potrivit documentelor de implementare și Contractului de finanțare.</w:t>
      </w:r>
    </w:p>
    <w:p w14:paraId="09BC5190" w14:textId="77777777" w:rsidR="0030665C" w:rsidRDefault="00D105B6">
      <w:pPr>
        <w:spacing w:after="90"/>
        <w:ind w:left="198" w:hanging="198"/>
      </w:pPr>
      <w:r>
        <w:rPr>
          <w:b/>
        </w:rPr>
        <w:t xml:space="preserve">6. </w:t>
      </w:r>
      <w:r>
        <w:t>Să păstrăm documentele justificative privind realizarea activităților de valorificare, diseminare și promovare și să le prezentăm GAL și autorităților competente în cadrul verificărilor, conform obligațiilor aplicabile proiectului.</w:t>
      </w:r>
    </w:p>
    <w:p w14:paraId="1891A8A7" w14:textId="77777777" w:rsidR="0030665C" w:rsidRPr="007443DA" w:rsidRDefault="00D105B6">
      <w:pPr>
        <w:spacing w:before="120"/>
        <w:rPr>
          <w:lang w:val="it-IT"/>
        </w:rPr>
      </w:pPr>
      <w:r w:rsidRPr="007443DA">
        <w:rPr>
          <w:b/>
          <w:sz w:val="20"/>
          <w:lang w:val="it-IT"/>
        </w:rPr>
        <w:t>Rezultatele și modalitățile de promovare asumate în cadrul proiectului</w:t>
      </w:r>
    </w:p>
    <w:tbl>
      <w:tblPr>
        <w:tblW w:w="0" w:type="auto"/>
        <w:jc w:val="center"/>
        <w:tblBorders>
          <w:top w:val="single" w:sz="4" w:space="0" w:color="CBD5DA"/>
          <w:left w:val="single" w:sz="4" w:space="0" w:color="CBD5DA"/>
          <w:bottom w:val="single" w:sz="4" w:space="0" w:color="CBD5DA"/>
          <w:right w:val="single" w:sz="4" w:space="0" w:color="CBD5DA"/>
          <w:insideH w:val="single" w:sz="4" w:space="0" w:color="CBD5DA"/>
          <w:insideV w:val="single" w:sz="4" w:space="0" w:color="CBD5DA"/>
        </w:tblBorders>
        <w:tblLayout w:type="fixed"/>
        <w:tblLook w:val="04A0" w:firstRow="1" w:lastRow="0" w:firstColumn="1" w:lastColumn="0" w:noHBand="0" w:noVBand="1"/>
      </w:tblPr>
      <w:tblGrid>
        <w:gridCol w:w="1973"/>
        <w:gridCol w:w="1973"/>
        <w:gridCol w:w="1973"/>
        <w:gridCol w:w="1973"/>
        <w:gridCol w:w="1973"/>
      </w:tblGrid>
      <w:tr w:rsidR="0030665C" w:rsidRPr="007443DA" w14:paraId="28F02025" w14:textId="77777777">
        <w:trPr>
          <w:jc w:val="center"/>
        </w:trPr>
        <w:tc>
          <w:tcPr>
            <w:tcW w:w="1973" w:type="dxa"/>
            <w:shd w:val="clear" w:color="auto" w:fill="DFEAEE"/>
            <w:vAlign w:val="center"/>
          </w:tcPr>
          <w:p w14:paraId="26FFDB82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w="1973" w:type="dxa"/>
            <w:shd w:val="clear" w:color="auto" w:fill="DFEAEE"/>
            <w:vAlign w:val="center"/>
          </w:tcPr>
          <w:p w14:paraId="4094DB56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>Rezultat / material și activitatea din Anexa 3</w:t>
            </w:r>
          </w:p>
        </w:tc>
        <w:tc>
          <w:tcPr>
            <w:tcW w:w="1973" w:type="dxa"/>
            <w:shd w:val="clear" w:color="auto" w:fill="DFEAEE"/>
            <w:vAlign w:val="center"/>
          </w:tcPr>
          <w:p w14:paraId="29AF50EA" w14:textId="77777777" w:rsidR="0030665C" w:rsidRPr="007443DA" w:rsidRDefault="00D105B6">
            <w:pPr>
              <w:spacing w:after="0" w:line="252" w:lineRule="auto"/>
              <w:rPr>
                <w:lang w:val="it-IT"/>
              </w:rPr>
            </w:pPr>
            <w:r w:rsidRPr="007443DA">
              <w:rPr>
                <w:b/>
                <w:sz w:val="18"/>
                <w:lang w:val="it-IT"/>
              </w:rPr>
              <w:t>Modalitatea de valorificare, diseminare sau promovare</w:t>
            </w:r>
          </w:p>
        </w:tc>
        <w:tc>
          <w:tcPr>
            <w:tcW w:w="1973" w:type="dxa"/>
            <w:shd w:val="clear" w:color="auto" w:fill="DFEAEE"/>
            <w:vAlign w:val="center"/>
          </w:tcPr>
          <w:p w14:paraId="45BFFAEC" w14:textId="77777777" w:rsidR="0030665C" w:rsidRDefault="00D105B6">
            <w:pPr>
              <w:spacing w:after="0" w:line="252" w:lineRule="auto"/>
            </w:pPr>
            <w:r>
              <w:rPr>
                <w:b/>
                <w:sz w:val="18"/>
              </w:rPr>
              <w:t xml:space="preserve">GAL </w:t>
            </w:r>
            <w:proofErr w:type="spellStart"/>
            <w:r>
              <w:rPr>
                <w:b/>
                <w:sz w:val="18"/>
              </w:rPr>
              <w:t>responsabil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și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teritoriu</w:t>
            </w:r>
            <w:proofErr w:type="spellEnd"/>
            <w:r>
              <w:rPr>
                <w:b/>
                <w:sz w:val="18"/>
              </w:rPr>
              <w:t xml:space="preserve"> / locație</w:t>
            </w:r>
          </w:p>
        </w:tc>
        <w:tc>
          <w:tcPr>
            <w:tcW w:w="1973" w:type="dxa"/>
            <w:shd w:val="clear" w:color="auto" w:fill="DFEAEE"/>
            <w:vAlign w:val="center"/>
          </w:tcPr>
          <w:p w14:paraId="710A085F" w14:textId="77777777" w:rsidR="0030665C" w:rsidRPr="007443DA" w:rsidRDefault="00D105B6">
            <w:pPr>
              <w:spacing w:after="0" w:line="252" w:lineRule="auto"/>
              <w:rPr>
                <w:lang w:val="pt-BR"/>
              </w:rPr>
            </w:pPr>
            <w:r w:rsidRPr="007443DA">
              <w:rPr>
                <w:b/>
                <w:sz w:val="18"/>
                <w:lang w:val="pt-BR"/>
              </w:rPr>
              <w:t>Perioada și corelarea cu Anexa 5 (dacă este cazul)</w:t>
            </w:r>
          </w:p>
        </w:tc>
      </w:tr>
      <w:tr w:rsidR="0030665C" w14:paraId="5B4F7466" w14:textId="77777777">
        <w:trPr>
          <w:trHeight w:val="680"/>
          <w:jc w:val="center"/>
        </w:trPr>
        <w:tc>
          <w:tcPr>
            <w:tcW w:w="1973" w:type="dxa"/>
            <w:vAlign w:val="center"/>
          </w:tcPr>
          <w:p w14:paraId="1F0DFA32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1</w:t>
            </w:r>
          </w:p>
        </w:tc>
        <w:tc>
          <w:tcPr>
            <w:tcW w:w="1973" w:type="dxa"/>
            <w:vAlign w:val="center"/>
          </w:tcPr>
          <w:p w14:paraId="7643FFF7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</w:t>
            </w:r>
          </w:p>
        </w:tc>
        <w:tc>
          <w:tcPr>
            <w:tcW w:w="1973" w:type="dxa"/>
            <w:vAlign w:val="center"/>
          </w:tcPr>
          <w:p w14:paraId="29BFA297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</w:t>
            </w:r>
          </w:p>
        </w:tc>
        <w:tc>
          <w:tcPr>
            <w:tcW w:w="1973" w:type="dxa"/>
            <w:vAlign w:val="center"/>
          </w:tcPr>
          <w:p w14:paraId="37CD3813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</w:t>
            </w:r>
          </w:p>
        </w:tc>
        <w:tc>
          <w:tcPr>
            <w:tcW w:w="1973" w:type="dxa"/>
            <w:vAlign w:val="center"/>
          </w:tcPr>
          <w:p w14:paraId="56ECF3BD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</w:t>
            </w:r>
          </w:p>
        </w:tc>
      </w:tr>
      <w:tr w:rsidR="0030665C" w14:paraId="6AE65199" w14:textId="77777777">
        <w:trPr>
          <w:trHeight w:val="680"/>
          <w:jc w:val="center"/>
        </w:trPr>
        <w:tc>
          <w:tcPr>
            <w:tcW w:w="1973" w:type="dxa"/>
            <w:vAlign w:val="center"/>
          </w:tcPr>
          <w:p w14:paraId="123145A0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2</w:t>
            </w:r>
          </w:p>
        </w:tc>
        <w:tc>
          <w:tcPr>
            <w:tcW w:w="1973" w:type="dxa"/>
            <w:vAlign w:val="center"/>
          </w:tcPr>
          <w:p w14:paraId="0748B311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</w:t>
            </w:r>
          </w:p>
        </w:tc>
        <w:tc>
          <w:tcPr>
            <w:tcW w:w="1973" w:type="dxa"/>
            <w:vAlign w:val="center"/>
          </w:tcPr>
          <w:p w14:paraId="0B0A3F89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</w:t>
            </w:r>
          </w:p>
        </w:tc>
        <w:tc>
          <w:tcPr>
            <w:tcW w:w="1973" w:type="dxa"/>
            <w:vAlign w:val="center"/>
          </w:tcPr>
          <w:p w14:paraId="233432A1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</w:t>
            </w:r>
          </w:p>
        </w:tc>
        <w:tc>
          <w:tcPr>
            <w:tcW w:w="1973" w:type="dxa"/>
            <w:vAlign w:val="center"/>
          </w:tcPr>
          <w:p w14:paraId="24870562" w14:textId="77777777" w:rsidR="0030665C" w:rsidRDefault="00D105B6">
            <w:pPr>
              <w:spacing w:after="0" w:line="252" w:lineRule="auto"/>
            </w:pPr>
            <w:r>
              <w:rPr>
                <w:sz w:val="18"/>
              </w:rPr>
              <w:t>......................................</w:t>
            </w:r>
          </w:p>
        </w:tc>
      </w:tr>
    </w:tbl>
    <w:p w14:paraId="20D541FC" w14:textId="77777777" w:rsidR="0030665C" w:rsidRDefault="00D105B6">
      <w:pPr>
        <w:spacing w:before="80" w:after="140"/>
      </w:pPr>
      <w:r>
        <w:rPr>
          <w:i/>
          <w:sz w:val="16"/>
        </w:rPr>
        <w:t>Se vor completa câte rânduri sunt necesare, în concordanță cu Acordul de cooperare, Planul de acțiune și Fundamentarea bugetului.</w:t>
      </w:r>
    </w:p>
    <w:p w14:paraId="30512D80" w14:textId="77777777" w:rsidR="0030665C" w:rsidRDefault="00D105B6">
      <w:pPr>
        <w:spacing w:before="100"/>
      </w:pPr>
      <w:r>
        <w:rPr>
          <w:b/>
        </w:rPr>
        <w:t xml:space="preserve">Data: </w:t>
      </w:r>
      <w:r>
        <w:t xml:space="preserve">.............................      </w:t>
      </w:r>
      <w:r>
        <w:rPr>
          <w:b/>
        </w:rPr>
        <w:t xml:space="preserve">Nume și prenume: </w:t>
      </w:r>
      <w:r>
        <w:t>.......................................................................</w:t>
      </w:r>
    </w:p>
    <w:p w14:paraId="354B4FE2" w14:textId="77777777" w:rsidR="0030665C" w:rsidRDefault="00D105B6">
      <w:r>
        <w:rPr>
          <w:b/>
        </w:rPr>
        <w:t xml:space="preserve">Funcția: </w:t>
      </w:r>
      <w:r>
        <w:t xml:space="preserve">............................................      </w:t>
      </w:r>
      <w:r>
        <w:rPr>
          <w:b/>
        </w:rPr>
        <w:t xml:space="preserve">Semnătura: </w:t>
      </w:r>
      <w:r>
        <w:t>............................................................</w:t>
      </w:r>
    </w:p>
    <w:sectPr w:rsidR="0030665C" w:rsidSect="00034616">
      <w:footerReference w:type="default" r:id="rId8"/>
      <w:pgSz w:w="11906" w:h="16838"/>
      <w:pgMar w:top="992" w:right="1020" w:bottom="935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2978A" w14:textId="77777777" w:rsidR="00D105B6" w:rsidRDefault="00D105B6">
      <w:pPr>
        <w:spacing w:after="0" w:line="240" w:lineRule="auto"/>
      </w:pPr>
      <w:r>
        <w:separator/>
      </w:r>
    </w:p>
  </w:endnote>
  <w:endnote w:type="continuationSeparator" w:id="0">
    <w:p w14:paraId="0BD3E7C6" w14:textId="77777777" w:rsidR="00D105B6" w:rsidRDefault="00D10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0A176" w14:textId="77777777" w:rsidR="0030665C" w:rsidRDefault="00D105B6">
    <w:pPr>
      <w:pStyle w:val="Subsol"/>
      <w:jc w:val="center"/>
    </w:pPr>
    <w:proofErr w:type="spellStart"/>
    <w:r>
      <w:rPr>
        <w:color w:val="78858D"/>
        <w:sz w:val="16"/>
      </w:rPr>
      <w:t>Intervenția</w:t>
    </w:r>
    <w:proofErr w:type="spellEnd"/>
    <w:r>
      <w:rPr>
        <w:color w:val="78858D"/>
        <w:sz w:val="16"/>
      </w:rPr>
      <w:t xml:space="preserve"> M7 – „</w:t>
    </w:r>
    <w:proofErr w:type="spellStart"/>
    <w:r>
      <w:rPr>
        <w:color w:val="78858D"/>
        <w:sz w:val="16"/>
      </w:rPr>
      <w:t>Cooperarea</w:t>
    </w:r>
    <w:proofErr w:type="spellEnd"/>
    <w:r>
      <w:rPr>
        <w:color w:val="78858D"/>
        <w:sz w:val="16"/>
      </w:rPr>
      <w:t xml:space="preserve"> </w:t>
    </w:r>
    <w:proofErr w:type="spellStart"/>
    <w:r>
      <w:rPr>
        <w:color w:val="78858D"/>
        <w:sz w:val="16"/>
      </w:rPr>
      <w:t>și</w:t>
    </w:r>
    <w:proofErr w:type="spellEnd"/>
    <w:r>
      <w:rPr>
        <w:color w:val="78858D"/>
        <w:sz w:val="16"/>
      </w:rPr>
      <w:t xml:space="preserve"> </w:t>
    </w:r>
    <w:proofErr w:type="spellStart"/>
    <w:r>
      <w:rPr>
        <w:color w:val="78858D"/>
        <w:sz w:val="16"/>
      </w:rPr>
      <w:t>dezvoltarea</w:t>
    </w:r>
    <w:proofErr w:type="spellEnd"/>
    <w:r>
      <w:rPr>
        <w:color w:val="78858D"/>
        <w:sz w:val="16"/>
      </w:rPr>
      <w:t xml:space="preserve"> </w:t>
    </w:r>
    <w:proofErr w:type="spellStart"/>
    <w:proofErr w:type="gramStart"/>
    <w:r>
      <w:rPr>
        <w:color w:val="78858D"/>
        <w:sz w:val="16"/>
      </w:rPr>
      <w:t>teritoriului</w:t>
    </w:r>
    <w:proofErr w:type="spellEnd"/>
    <w:r>
      <w:rPr>
        <w:color w:val="78858D"/>
        <w:sz w:val="16"/>
      </w:rPr>
      <w:t>”  |</w:t>
    </w:r>
    <w:proofErr w:type="gramEnd"/>
    <w:r>
      <w:rPr>
        <w:color w:val="78858D"/>
        <w:sz w:val="16"/>
      </w:rPr>
      <w:t xml:space="preserve">  GAL AMARADIA JIU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AB10B" w14:textId="77777777" w:rsidR="00D105B6" w:rsidRDefault="00D105B6">
      <w:pPr>
        <w:spacing w:after="0" w:line="240" w:lineRule="auto"/>
      </w:pPr>
      <w:r>
        <w:separator/>
      </w:r>
    </w:p>
  </w:footnote>
  <w:footnote w:type="continuationSeparator" w:id="0">
    <w:p w14:paraId="09B3B7EB" w14:textId="77777777" w:rsidR="00D105B6" w:rsidRDefault="00D10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9402330">
    <w:abstractNumId w:val="8"/>
  </w:num>
  <w:num w:numId="2" w16cid:durableId="769928963">
    <w:abstractNumId w:val="6"/>
  </w:num>
  <w:num w:numId="3" w16cid:durableId="660819086">
    <w:abstractNumId w:val="5"/>
  </w:num>
  <w:num w:numId="4" w16cid:durableId="157310881">
    <w:abstractNumId w:val="4"/>
  </w:num>
  <w:num w:numId="5" w16cid:durableId="1488277638">
    <w:abstractNumId w:val="7"/>
  </w:num>
  <w:num w:numId="6" w16cid:durableId="961690891">
    <w:abstractNumId w:val="3"/>
  </w:num>
  <w:num w:numId="7" w16cid:durableId="1158955186">
    <w:abstractNumId w:val="2"/>
  </w:num>
  <w:num w:numId="8" w16cid:durableId="1196235701">
    <w:abstractNumId w:val="1"/>
  </w:num>
  <w:num w:numId="9" w16cid:durableId="95991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665C"/>
    <w:rsid w:val="00326F90"/>
    <w:rsid w:val="00362993"/>
    <w:rsid w:val="007443DA"/>
    <w:rsid w:val="00AA1D8D"/>
    <w:rsid w:val="00B47730"/>
    <w:rsid w:val="00CB0664"/>
    <w:rsid w:val="00D105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383348"/>
  <w14:defaultImageDpi w14:val="300"/>
  <w15:docId w15:val="{EC144634-BACF-4346-9863-7ABCA621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1E2931"/>
      <w:sz w:val="19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Valentin Mitrache</cp:lastModifiedBy>
  <cp:revision>2</cp:revision>
  <dcterms:created xsi:type="dcterms:W3CDTF">2013-12-23T23:15:00Z</dcterms:created>
  <dcterms:modified xsi:type="dcterms:W3CDTF">2026-10-29T12:36:00Z</dcterms:modified>
  <cp:category/>
</cp:coreProperties>
</file>